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7F17" w14:textId="53A60173" w:rsidR="00955A52" w:rsidRDefault="00C344C5" w:rsidP="000F1B25">
      <w:pPr>
        <w:rPr>
          <w:noProof/>
        </w:rPr>
      </w:pPr>
      <w:permStart w:id="1024731650" w:edGrp="everyone"/>
      <w:r w:rsidRPr="002E5E5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EACBC8" wp14:editId="202BE294">
            <wp:simplePos x="0" y="0"/>
            <wp:positionH relativeFrom="margin">
              <wp:posOffset>-421005</wp:posOffset>
            </wp:positionH>
            <wp:positionV relativeFrom="margin">
              <wp:posOffset>-337820</wp:posOffset>
            </wp:positionV>
            <wp:extent cx="1106170" cy="1106805"/>
            <wp:effectExtent l="0" t="0" r="0" b="0"/>
            <wp:wrapSquare wrapText="bothSides"/>
            <wp:docPr id="1285947179" name="Picture 2" descr="A logo for a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47179" name="Picture 2" descr="A logo for a colle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024731650"/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55A52">
        <w:rPr>
          <w:noProof/>
        </w:rPr>
        <w:t xml:space="preserve">         </w:t>
      </w:r>
    </w:p>
    <w:p w14:paraId="102B8467" w14:textId="73A6A6B9" w:rsidR="003E29DE" w:rsidRPr="00E35FF0" w:rsidRDefault="00955A52" w:rsidP="000F1B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</w:t>
      </w:r>
      <w:r w:rsidR="00C344C5">
        <w:rPr>
          <w:noProof/>
        </w:rPr>
        <w:t xml:space="preserve">           </w:t>
      </w:r>
      <w:r>
        <w:rPr>
          <w:noProof/>
        </w:rPr>
        <w:t xml:space="preserve">  </w:t>
      </w:r>
      <w:r w:rsidR="009849B6">
        <w:t xml:space="preserve"> </w:t>
      </w:r>
      <w:permStart w:id="342323744" w:edGrp="everyone"/>
      <w:permEnd w:id="342323744"/>
      <w:r w:rsidRPr="00375C8C">
        <w:rPr>
          <w:rFonts w:ascii="Times New Roman" w:hAnsi="Times New Roman" w:cs="Times New Roman"/>
          <w:b/>
          <w:sz w:val="32"/>
          <w:szCs w:val="32"/>
        </w:rPr>
        <w:t>Application Packet Request Form</w:t>
      </w:r>
    </w:p>
    <w:p w14:paraId="3D7F988E" w14:textId="77777777" w:rsidR="008E523B" w:rsidRPr="008E523B" w:rsidRDefault="008E523B" w:rsidP="008E523B">
      <w:pPr>
        <w:rPr>
          <w:rFonts w:ascii="Times New Roman" w:eastAsia="Times New Roman" w:hAnsi="Times New Roman" w:cs="Times New Roman"/>
          <w:sz w:val="24"/>
          <w:szCs w:val="24"/>
        </w:rPr>
      </w:pPr>
      <w:r w:rsidRPr="008E523B">
        <w:rPr>
          <w:rFonts w:ascii="Times New Roman" w:eastAsia="Times New Roman" w:hAnsi="Times New Roman" w:cs="Times New Roman"/>
          <w:sz w:val="24"/>
          <w:szCs w:val="24"/>
        </w:rPr>
        <w:t>Thank you for your interest in pursuing accreditation through the Accreditation Board for Bible Colleges &amp; Universities (ABBCU).</w:t>
      </w:r>
    </w:p>
    <w:p w14:paraId="630C6377" w14:textId="77777777" w:rsidR="008E523B" w:rsidRPr="008E523B" w:rsidRDefault="008E523B" w:rsidP="008E523B">
      <w:pPr>
        <w:rPr>
          <w:rFonts w:ascii="Times New Roman" w:eastAsia="Times New Roman" w:hAnsi="Times New Roman" w:cs="Times New Roman"/>
          <w:sz w:val="24"/>
          <w:szCs w:val="24"/>
        </w:rPr>
      </w:pPr>
      <w:r w:rsidRPr="008E523B">
        <w:rPr>
          <w:rFonts w:ascii="Times New Roman" w:eastAsia="Times New Roman" w:hAnsi="Times New Roman" w:cs="Times New Roman"/>
          <w:sz w:val="24"/>
          <w:szCs w:val="24"/>
        </w:rPr>
        <w:t xml:space="preserve">To obtain your official Accreditation Application Packet and begin the accreditation process, please complete the request form below and submit it to </w:t>
      </w:r>
      <w:hyperlink r:id="rId7" w:history="1">
        <w:r w:rsidRPr="008E523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info@abbc.institute</w:t>
        </w:r>
      </w:hyperlink>
      <w:r w:rsidRPr="008E523B">
        <w:rPr>
          <w:rFonts w:ascii="Times New Roman" w:eastAsia="Times New Roman" w:hAnsi="Times New Roman" w:cs="Times New Roman"/>
          <w:sz w:val="24"/>
          <w:szCs w:val="24"/>
        </w:rPr>
        <w:t>, along with the required non-refundable application fee of $75.00.</w:t>
      </w:r>
    </w:p>
    <w:p w14:paraId="6D50AAF0" w14:textId="77777777" w:rsidR="008E523B" w:rsidRPr="008E523B" w:rsidRDefault="008E523B" w:rsidP="008E523B">
      <w:pPr>
        <w:rPr>
          <w:rFonts w:ascii="Times New Roman" w:eastAsia="Times New Roman" w:hAnsi="Times New Roman" w:cs="Times New Roman"/>
          <w:sz w:val="24"/>
          <w:szCs w:val="24"/>
        </w:rPr>
      </w:pPr>
      <w:r w:rsidRPr="008E523B">
        <w:rPr>
          <w:rFonts w:ascii="Times New Roman" w:eastAsia="Times New Roman" w:hAnsi="Times New Roman" w:cs="Times New Roman"/>
          <w:sz w:val="24"/>
          <w:szCs w:val="24"/>
        </w:rPr>
        <w:t>Upon receipt of your request, our processing team will review your submission and send an acknowledgment email confirming receipt. You will then be issued a private institutional access code.  Your application packet will contain detailed instructions outlining the next steps in the accreditation process.</w:t>
      </w:r>
    </w:p>
    <w:p w14:paraId="4ABAA9CE" w14:textId="77777777" w:rsidR="008E523B" w:rsidRPr="008E523B" w:rsidRDefault="008E523B" w:rsidP="008E523B">
      <w:pPr>
        <w:rPr>
          <w:rFonts w:ascii="Times New Roman" w:eastAsia="Times New Roman" w:hAnsi="Times New Roman" w:cs="Times New Roman"/>
          <w:sz w:val="24"/>
          <w:szCs w:val="24"/>
        </w:rPr>
      </w:pPr>
      <w:r w:rsidRPr="008E523B">
        <w:rPr>
          <w:rFonts w:ascii="Times New Roman" w:eastAsia="Times New Roman" w:hAnsi="Times New Roman" w:cs="Times New Roman"/>
          <w:sz w:val="24"/>
          <w:szCs w:val="24"/>
        </w:rPr>
        <w:t>We look forward to assisting your institution as you pursue accreditation and demonstrate your commitment to academic excellence, biblical integrity, and institutional accountability.</w:t>
      </w:r>
    </w:p>
    <w:p w14:paraId="35EEA7C4" w14:textId="1600AA42" w:rsidR="00375C8C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 xml:space="preserve">Institution </w:t>
      </w:r>
      <w:r w:rsidR="005B2046" w:rsidRPr="00375C8C">
        <w:rPr>
          <w:rFonts w:ascii="Times New Roman" w:hAnsi="Times New Roman" w:cs="Times New Roman"/>
          <w:sz w:val="24"/>
          <w:szCs w:val="24"/>
        </w:rPr>
        <w:t>Name: _</w:t>
      </w:r>
      <w:r w:rsidRPr="00375C8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22A47">
        <w:rPr>
          <w:rFonts w:ascii="Times New Roman" w:hAnsi="Times New Roman" w:cs="Times New Roman"/>
          <w:sz w:val="24"/>
          <w:szCs w:val="24"/>
        </w:rPr>
        <w:t>_______</w:t>
      </w:r>
      <w:r w:rsidRPr="00375C8C">
        <w:rPr>
          <w:rFonts w:ascii="Times New Roman" w:hAnsi="Times New Roman" w:cs="Times New Roman"/>
          <w:sz w:val="24"/>
          <w:szCs w:val="24"/>
        </w:rPr>
        <w:t>________________</w:t>
      </w:r>
    </w:p>
    <w:p w14:paraId="2A1D8566" w14:textId="2C8CEBC3" w:rsidR="005B2046" w:rsidRDefault="005B2046" w:rsidP="000F1B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75C8C">
        <w:rPr>
          <w:rFonts w:ascii="Times New Roman" w:hAnsi="Times New Roman" w:cs="Times New Roman"/>
          <w:sz w:val="24"/>
          <w:szCs w:val="24"/>
        </w:rPr>
        <w:t>Institution Address: _____________________________________________</w:t>
      </w:r>
      <w:r w:rsidR="00622A47">
        <w:rPr>
          <w:rFonts w:ascii="Times New Roman" w:hAnsi="Times New Roman" w:cs="Times New Roman"/>
          <w:sz w:val="24"/>
          <w:szCs w:val="24"/>
        </w:rPr>
        <w:t>_______</w:t>
      </w:r>
      <w:r w:rsidRPr="00375C8C">
        <w:rPr>
          <w:rFonts w:ascii="Times New Roman" w:hAnsi="Times New Roman" w:cs="Times New Roman"/>
          <w:sz w:val="24"/>
          <w:szCs w:val="24"/>
        </w:rPr>
        <w:t>_________</w:t>
      </w:r>
      <w:r w:rsidRPr="00375C8C">
        <w:rPr>
          <w:rFonts w:ascii="Times New Roman" w:hAnsi="Times New Roman" w:cs="Times New Roman"/>
          <w:sz w:val="24"/>
          <w:szCs w:val="24"/>
        </w:rPr>
        <w:br/>
      </w:r>
      <w:r w:rsidR="00375C8C">
        <w:rPr>
          <w:rFonts w:ascii="Times New Roman" w:hAnsi="Times New Roman" w:cs="Times New Roman"/>
          <w:sz w:val="24"/>
          <w:szCs w:val="24"/>
        </w:rPr>
        <w:t xml:space="preserve">        </w:t>
      </w:r>
      <w:r w:rsidR="00375C8C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0F1B25">
        <w:rPr>
          <w:rFonts w:ascii="Times New Roman" w:hAnsi="Times New Roman" w:cs="Times New Roman"/>
          <w:sz w:val="18"/>
          <w:szCs w:val="18"/>
        </w:rPr>
        <w:t xml:space="preserve"> </w:t>
      </w:r>
      <w:r w:rsidR="00375C8C">
        <w:rPr>
          <w:rFonts w:ascii="Times New Roman" w:hAnsi="Times New Roman" w:cs="Times New Roman"/>
          <w:sz w:val="18"/>
          <w:szCs w:val="18"/>
        </w:rPr>
        <w:t xml:space="preserve">  </w:t>
      </w:r>
      <w:r w:rsidR="00DF6092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375C8C">
        <w:rPr>
          <w:rFonts w:ascii="Times New Roman" w:hAnsi="Times New Roman" w:cs="Times New Roman"/>
          <w:sz w:val="18"/>
          <w:szCs w:val="18"/>
        </w:rPr>
        <w:t xml:space="preserve">  </w:t>
      </w:r>
      <w:r w:rsidR="00622A47">
        <w:rPr>
          <w:rFonts w:ascii="Times New Roman" w:hAnsi="Times New Roman" w:cs="Times New Roman"/>
          <w:sz w:val="18"/>
          <w:szCs w:val="18"/>
        </w:rPr>
        <w:t xml:space="preserve">  (</w:t>
      </w:r>
      <w:r w:rsidR="000F1B25">
        <w:rPr>
          <w:rFonts w:ascii="Times New Roman" w:hAnsi="Times New Roman" w:cs="Times New Roman"/>
          <w:sz w:val="18"/>
          <w:szCs w:val="18"/>
        </w:rPr>
        <w:t xml:space="preserve">City)                           </w:t>
      </w:r>
      <w:r w:rsidR="00622A4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F1B25">
        <w:rPr>
          <w:rFonts w:ascii="Times New Roman" w:hAnsi="Times New Roman" w:cs="Times New Roman"/>
          <w:sz w:val="18"/>
          <w:szCs w:val="18"/>
        </w:rPr>
        <w:t xml:space="preserve">              (State)                </w:t>
      </w:r>
      <w:r w:rsidR="00622A4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F1B25">
        <w:rPr>
          <w:rFonts w:ascii="Times New Roman" w:hAnsi="Times New Roman" w:cs="Times New Roman"/>
          <w:sz w:val="18"/>
          <w:szCs w:val="18"/>
        </w:rPr>
        <w:t xml:space="preserve">            (Zip Code)</w:t>
      </w:r>
      <w:r w:rsidR="00375C8C">
        <w:rPr>
          <w:rFonts w:ascii="Times New Roman" w:hAnsi="Times New Roman" w:cs="Times New Roman"/>
          <w:sz w:val="18"/>
          <w:szCs w:val="18"/>
        </w:rPr>
        <w:t xml:space="preserve">    </w:t>
      </w:r>
    </w:p>
    <w:p w14:paraId="374AFB74" w14:textId="2F3B988A" w:rsidR="005B2046" w:rsidRDefault="005B2046" w:rsidP="000F1B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780A28E" w14:textId="64BD631A" w:rsidR="00375C8C" w:rsidRDefault="005B2046" w:rsidP="000F1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>Website: ___________________________________________</w:t>
      </w:r>
      <w:r w:rsidR="00622A47">
        <w:rPr>
          <w:rFonts w:ascii="Times New Roman" w:hAnsi="Times New Roman" w:cs="Times New Roman"/>
          <w:sz w:val="24"/>
          <w:szCs w:val="24"/>
        </w:rPr>
        <w:t>________</w:t>
      </w:r>
      <w:r w:rsidRPr="00375C8C">
        <w:rPr>
          <w:rFonts w:ascii="Times New Roman" w:hAnsi="Times New Roman" w:cs="Times New Roman"/>
          <w:sz w:val="24"/>
          <w:szCs w:val="24"/>
        </w:rPr>
        <w:t>______</w:t>
      </w:r>
    </w:p>
    <w:p w14:paraId="4E4530FF" w14:textId="0639B584" w:rsidR="000F1B25" w:rsidRDefault="000F1B25" w:rsidP="000F1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D8FCA" w14:textId="210E6FFC" w:rsidR="00375C8C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 xml:space="preserve">Primary Contact </w:t>
      </w:r>
      <w:r w:rsidR="005B2046" w:rsidRPr="00375C8C">
        <w:rPr>
          <w:rFonts w:ascii="Times New Roman" w:hAnsi="Times New Roman" w:cs="Times New Roman"/>
          <w:sz w:val="24"/>
          <w:szCs w:val="24"/>
        </w:rPr>
        <w:t>Name:</w:t>
      </w:r>
      <w:r w:rsidR="005B2046">
        <w:rPr>
          <w:rFonts w:ascii="Times New Roman" w:hAnsi="Times New Roman" w:cs="Times New Roman"/>
          <w:sz w:val="24"/>
          <w:szCs w:val="24"/>
        </w:rPr>
        <w:t xml:space="preserve"> _</w:t>
      </w:r>
      <w:r w:rsidR="00375C8C">
        <w:rPr>
          <w:rFonts w:ascii="Times New Roman" w:hAnsi="Times New Roman" w:cs="Times New Roman"/>
          <w:sz w:val="24"/>
          <w:szCs w:val="24"/>
        </w:rPr>
        <w:t>____</w:t>
      </w:r>
      <w:r w:rsidRPr="00375C8C">
        <w:rPr>
          <w:rFonts w:ascii="Times New Roman" w:hAnsi="Times New Roman" w:cs="Times New Roman"/>
          <w:sz w:val="24"/>
          <w:szCs w:val="24"/>
        </w:rPr>
        <w:t>__________________</w:t>
      </w:r>
      <w:r w:rsidR="00375C8C">
        <w:rPr>
          <w:rFonts w:ascii="Times New Roman" w:hAnsi="Times New Roman" w:cs="Times New Roman"/>
          <w:sz w:val="24"/>
          <w:szCs w:val="24"/>
        </w:rPr>
        <w:t>_____________</w:t>
      </w:r>
      <w:r w:rsidRPr="00375C8C">
        <w:rPr>
          <w:rFonts w:ascii="Times New Roman" w:hAnsi="Times New Roman" w:cs="Times New Roman"/>
          <w:sz w:val="24"/>
          <w:szCs w:val="24"/>
        </w:rPr>
        <w:t>_</w:t>
      </w:r>
      <w:r w:rsidR="00375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68B1C" w14:textId="0377207D" w:rsidR="003E29DE" w:rsidRPr="00375C8C" w:rsidRDefault="00375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 w:rsidRPr="00375C8C">
        <w:rPr>
          <w:rFonts w:ascii="Times New Roman" w:hAnsi="Times New Roman" w:cs="Times New Roman"/>
          <w:sz w:val="24"/>
          <w:szCs w:val="24"/>
        </w:rPr>
        <w:t>/</w:t>
      </w:r>
      <w:r w:rsidR="008F40E1" w:rsidRPr="00375C8C">
        <w:rPr>
          <w:rFonts w:ascii="Times New Roman" w:hAnsi="Times New Roman" w:cs="Times New Roman"/>
          <w:sz w:val="24"/>
          <w:szCs w:val="24"/>
        </w:rPr>
        <w:t>Role: _</w:t>
      </w:r>
      <w:r w:rsidRPr="00375C8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B737ECC" w14:textId="6B47118C" w:rsidR="003E29DE" w:rsidRPr="00375C8C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 xml:space="preserve">Email </w:t>
      </w:r>
      <w:r w:rsidR="008F40E1" w:rsidRPr="00375C8C">
        <w:rPr>
          <w:rFonts w:ascii="Times New Roman" w:hAnsi="Times New Roman" w:cs="Times New Roman"/>
          <w:sz w:val="24"/>
          <w:szCs w:val="24"/>
        </w:rPr>
        <w:t>Address:</w:t>
      </w:r>
      <w:r w:rsidR="008F40E1">
        <w:rPr>
          <w:rFonts w:ascii="Times New Roman" w:hAnsi="Times New Roman" w:cs="Times New Roman"/>
          <w:sz w:val="24"/>
          <w:szCs w:val="24"/>
        </w:rPr>
        <w:t xml:space="preserve"> _</w:t>
      </w:r>
      <w:r w:rsidRPr="00375C8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86187">
        <w:rPr>
          <w:rFonts w:ascii="Times New Roman" w:hAnsi="Times New Roman" w:cs="Times New Roman"/>
          <w:sz w:val="24"/>
          <w:szCs w:val="24"/>
        </w:rPr>
        <w:t>__________</w:t>
      </w:r>
    </w:p>
    <w:p w14:paraId="17745437" w14:textId="77777777" w:rsidR="00622A47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>Phone Number:</w:t>
      </w:r>
      <w:r w:rsidR="00375C8C">
        <w:rPr>
          <w:rFonts w:ascii="Times New Roman" w:hAnsi="Times New Roman" w:cs="Times New Roman"/>
          <w:sz w:val="24"/>
          <w:szCs w:val="24"/>
        </w:rPr>
        <w:t xml:space="preserve"> ___</w:t>
      </w:r>
      <w:r w:rsidRPr="00375C8C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C6D18B4" w14:textId="55CE6677" w:rsidR="00375C8C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>Institution</w:t>
      </w:r>
      <w:r w:rsidR="008E523B">
        <w:rPr>
          <w:rFonts w:ascii="Times New Roman" w:hAnsi="Times New Roman" w:cs="Times New Roman"/>
          <w:sz w:val="24"/>
          <w:szCs w:val="24"/>
        </w:rPr>
        <w:t xml:space="preserve"> Type</w:t>
      </w:r>
      <w:r w:rsidR="00E35FF0">
        <w:rPr>
          <w:rFonts w:ascii="Times New Roman" w:hAnsi="Times New Roman" w:cs="Times New Roman"/>
          <w:sz w:val="24"/>
          <w:szCs w:val="24"/>
        </w:rPr>
        <w:t>:</w:t>
      </w:r>
      <w:bookmarkStart w:id="0" w:name="_Hlk200902673"/>
      <w:r w:rsidR="00E35FF0" w:rsidRPr="00E35FF0">
        <w:rPr>
          <w:rFonts w:ascii="Times New Roman" w:hAnsi="Times New Roman" w:cs="Times New Roman"/>
          <w:sz w:val="32"/>
          <w:szCs w:val="32"/>
        </w:rPr>
        <w:t>□</w:t>
      </w:r>
      <w:bookmarkEnd w:id="0"/>
      <w:r w:rsidRPr="00375C8C">
        <w:rPr>
          <w:rFonts w:ascii="Times New Roman" w:hAnsi="Times New Roman" w:cs="Times New Roman"/>
          <w:sz w:val="24"/>
          <w:szCs w:val="24"/>
        </w:rPr>
        <w:t xml:space="preserve"> Bible College </w:t>
      </w:r>
      <w:r w:rsidR="00E35FF0">
        <w:rPr>
          <w:rFonts w:ascii="Times New Roman" w:hAnsi="Times New Roman" w:cs="Times New Roman"/>
          <w:sz w:val="24"/>
          <w:szCs w:val="24"/>
        </w:rPr>
        <w:t xml:space="preserve"> </w:t>
      </w:r>
      <w:r w:rsidR="00E35FF0" w:rsidRPr="00E35FF0">
        <w:rPr>
          <w:rFonts w:ascii="Times New Roman" w:hAnsi="Times New Roman" w:cs="Times New Roman"/>
          <w:sz w:val="32"/>
          <w:szCs w:val="32"/>
        </w:rPr>
        <w:t>□</w:t>
      </w:r>
      <w:r w:rsidR="00E35FF0">
        <w:rPr>
          <w:rFonts w:ascii="Times New Roman" w:hAnsi="Times New Roman" w:cs="Times New Roman"/>
          <w:sz w:val="32"/>
          <w:szCs w:val="32"/>
        </w:rPr>
        <w:t xml:space="preserve"> </w:t>
      </w:r>
      <w:r w:rsidRPr="00375C8C">
        <w:rPr>
          <w:rFonts w:ascii="Times New Roman" w:hAnsi="Times New Roman" w:cs="Times New Roman"/>
          <w:sz w:val="24"/>
          <w:szCs w:val="24"/>
        </w:rPr>
        <w:t xml:space="preserve">Seminary </w:t>
      </w:r>
      <w:r w:rsidR="00E35FF0">
        <w:rPr>
          <w:rFonts w:ascii="Times New Roman" w:hAnsi="Times New Roman" w:cs="Times New Roman"/>
          <w:sz w:val="24"/>
          <w:szCs w:val="24"/>
        </w:rPr>
        <w:t xml:space="preserve">  </w:t>
      </w:r>
      <w:r w:rsidR="00E35FF0" w:rsidRPr="00E35FF0">
        <w:rPr>
          <w:rFonts w:ascii="Times New Roman" w:hAnsi="Times New Roman" w:cs="Times New Roman"/>
          <w:sz w:val="32"/>
          <w:szCs w:val="32"/>
        </w:rPr>
        <w:t>□</w:t>
      </w:r>
      <w:r w:rsidR="00E35FF0">
        <w:rPr>
          <w:rFonts w:ascii="Times New Roman" w:hAnsi="Times New Roman" w:cs="Times New Roman"/>
          <w:sz w:val="32"/>
          <w:szCs w:val="32"/>
        </w:rPr>
        <w:t xml:space="preserve"> </w:t>
      </w:r>
      <w:r w:rsidRPr="00375C8C">
        <w:rPr>
          <w:rFonts w:ascii="Times New Roman" w:hAnsi="Times New Roman" w:cs="Times New Roman"/>
          <w:sz w:val="24"/>
          <w:szCs w:val="24"/>
        </w:rPr>
        <w:t>University</w:t>
      </w:r>
      <w:r w:rsidR="00622A47">
        <w:rPr>
          <w:rFonts w:ascii="Times New Roman" w:hAnsi="Times New Roman" w:cs="Times New Roman"/>
          <w:sz w:val="24"/>
          <w:szCs w:val="24"/>
        </w:rPr>
        <w:t xml:space="preserve">     </w:t>
      </w:r>
      <w:r w:rsidR="00622A47" w:rsidRPr="00E35FF0">
        <w:rPr>
          <w:rFonts w:ascii="Times New Roman" w:hAnsi="Times New Roman" w:cs="Times New Roman"/>
          <w:sz w:val="32"/>
          <w:szCs w:val="32"/>
        </w:rPr>
        <w:t>□</w:t>
      </w:r>
      <w:r w:rsidR="00622A47">
        <w:rPr>
          <w:rFonts w:ascii="Times New Roman" w:hAnsi="Times New Roman" w:cs="Times New Roman"/>
          <w:sz w:val="32"/>
          <w:szCs w:val="32"/>
        </w:rPr>
        <w:t xml:space="preserve"> </w:t>
      </w:r>
      <w:r w:rsidR="00622A47">
        <w:rPr>
          <w:rFonts w:ascii="Times New Roman" w:hAnsi="Times New Roman" w:cs="Times New Roman"/>
          <w:sz w:val="24"/>
          <w:szCs w:val="24"/>
        </w:rPr>
        <w:t>Other__________________</w:t>
      </w:r>
    </w:p>
    <w:p w14:paraId="180DE001" w14:textId="4441E155" w:rsidR="003E29DE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 xml:space="preserve">Year </w:t>
      </w:r>
      <w:r w:rsidR="008F40E1" w:rsidRPr="00375C8C">
        <w:rPr>
          <w:rFonts w:ascii="Times New Roman" w:hAnsi="Times New Roman" w:cs="Times New Roman"/>
          <w:sz w:val="24"/>
          <w:szCs w:val="24"/>
        </w:rPr>
        <w:t>Founded: _</w:t>
      </w:r>
      <w:r w:rsidRPr="00375C8C">
        <w:rPr>
          <w:rFonts w:ascii="Times New Roman" w:hAnsi="Times New Roman" w:cs="Times New Roman"/>
          <w:sz w:val="24"/>
          <w:szCs w:val="24"/>
        </w:rPr>
        <w:t>_____</w:t>
      </w:r>
      <w:r w:rsidR="00E35FF0">
        <w:rPr>
          <w:rFonts w:ascii="Times New Roman" w:hAnsi="Times New Roman" w:cs="Times New Roman"/>
          <w:sz w:val="24"/>
          <w:szCs w:val="24"/>
        </w:rPr>
        <w:t>________</w:t>
      </w:r>
      <w:r w:rsidRPr="00375C8C">
        <w:rPr>
          <w:rFonts w:ascii="Times New Roman" w:hAnsi="Times New Roman" w:cs="Times New Roman"/>
          <w:sz w:val="24"/>
          <w:szCs w:val="24"/>
        </w:rPr>
        <w:t>__</w:t>
      </w:r>
      <w:r w:rsidR="008F40E1" w:rsidRPr="00375C8C">
        <w:rPr>
          <w:rFonts w:ascii="Times New Roman" w:hAnsi="Times New Roman" w:cs="Times New Roman"/>
          <w:sz w:val="24"/>
          <w:szCs w:val="24"/>
        </w:rPr>
        <w:t>_</w:t>
      </w:r>
      <w:r w:rsidR="008F40E1">
        <w:rPr>
          <w:rFonts w:ascii="Times New Roman" w:hAnsi="Times New Roman" w:cs="Times New Roman"/>
          <w:sz w:val="24"/>
          <w:szCs w:val="24"/>
        </w:rPr>
        <w:t xml:space="preserve"> Estimated</w:t>
      </w:r>
      <w:r w:rsidRPr="00375C8C">
        <w:rPr>
          <w:rFonts w:ascii="Times New Roman" w:hAnsi="Times New Roman" w:cs="Times New Roman"/>
          <w:sz w:val="24"/>
          <w:szCs w:val="24"/>
        </w:rPr>
        <w:t xml:space="preserve"> </w:t>
      </w:r>
      <w:r w:rsidR="008F40E1" w:rsidRPr="00375C8C">
        <w:rPr>
          <w:rFonts w:ascii="Times New Roman" w:hAnsi="Times New Roman" w:cs="Times New Roman"/>
          <w:sz w:val="24"/>
          <w:szCs w:val="24"/>
        </w:rPr>
        <w:t>Enrollment: _</w:t>
      </w:r>
      <w:r w:rsidRPr="00375C8C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A57F820" w14:textId="6CDEEF63" w:rsidR="00DF6092" w:rsidRPr="00375C8C" w:rsidRDefault="00DF6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Programs Offered:       </w:t>
      </w:r>
      <w:r w:rsidRPr="00E35FF0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Certificates        </w:t>
      </w:r>
      <w:r w:rsidRPr="00E35FF0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Diplomas         </w:t>
      </w:r>
      <w:r w:rsidRPr="00E35FF0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Degrees</w:t>
      </w:r>
    </w:p>
    <w:p w14:paraId="67574108" w14:textId="6E3D6424" w:rsidR="003E29DE" w:rsidRPr="00375C8C" w:rsidRDefault="00000000">
      <w:pPr>
        <w:rPr>
          <w:rFonts w:ascii="Times New Roman" w:hAnsi="Times New Roman" w:cs="Times New Roman"/>
          <w:sz w:val="24"/>
          <w:szCs w:val="24"/>
        </w:rPr>
      </w:pPr>
      <w:r w:rsidRPr="00375C8C">
        <w:rPr>
          <w:rFonts w:ascii="Times New Roman" w:hAnsi="Times New Roman" w:cs="Times New Roman"/>
          <w:sz w:val="24"/>
          <w:szCs w:val="24"/>
        </w:rPr>
        <w:t>Doctrinal Affiliation / Denomination (if any):__________________________________</w:t>
      </w:r>
    </w:p>
    <w:p w14:paraId="17BBAB76" w14:textId="2CB2FA23" w:rsidR="008E523B" w:rsidRPr="008E523B" w:rsidRDefault="008E523B" w:rsidP="008E523B">
      <w:pPr>
        <w:tabs>
          <w:tab w:val="left" w:pos="330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523B">
        <w:rPr>
          <w:rFonts w:ascii="Times New Roman" w:hAnsi="Times New Roman" w:cs="Times New Roman"/>
          <w:b/>
          <w:bCs/>
          <w:sz w:val="24"/>
          <w:szCs w:val="24"/>
        </w:rPr>
        <w:t xml:space="preserve">Important: </w:t>
      </w:r>
      <w:r w:rsidRPr="008E523B">
        <w:rPr>
          <w:rFonts w:ascii="Times New Roman" w:hAnsi="Times New Roman" w:cs="Times New Roman"/>
          <w:sz w:val="24"/>
          <w:szCs w:val="24"/>
        </w:rPr>
        <w:t xml:space="preserve">Please ensure that the email address provided on your </w:t>
      </w:r>
      <w:r w:rsidR="00D86187">
        <w:rPr>
          <w:rFonts w:ascii="Times New Roman" w:hAnsi="Times New Roman" w:cs="Times New Roman"/>
          <w:sz w:val="24"/>
          <w:szCs w:val="24"/>
        </w:rPr>
        <w:t>A</w:t>
      </w:r>
      <w:r w:rsidRPr="008E523B">
        <w:rPr>
          <w:rFonts w:ascii="Times New Roman" w:hAnsi="Times New Roman" w:cs="Times New Roman"/>
          <w:sz w:val="24"/>
          <w:szCs w:val="24"/>
        </w:rPr>
        <w:t xml:space="preserve">pplication </w:t>
      </w:r>
      <w:r w:rsidR="00D86187">
        <w:rPr>
          <w:rFonts w:ascii="Times New Roman" w:hAnsi="Times New Roman" w:cs="Times New Roman"/>
          <w:sz w:val="24"/>
          <w:szCs w:val="24"/>
        </w:rPr>
        <w:t>Packet R</w:t>
      </w:r>
      <w:r w:rsidRPr="008E523B">
        <w:rPr>
          <w:rFonts w:ascii="Times New Roman" w:hAnsi="Times New Roman" w:cs="Times New Roman"/>
          <w:sz w:val="24"/>
          <w:szCs w:val="24"/>
        </w:rPr>
        <w:t xml:space="preserve">equest </w:t>
      </w:r>
      <w:r w:rsidR="00D86187">
        <w:rPr>
          <w:rFonts w:ascii="Times New Roman" w:hAnsi="Times New Roman" w:cs="Times New Roman"/>
          <w:sz w:val="24"/>
          <w:szCs w:val="24"/>
        </w:rPr>
        <w:t xml:space="preserve">Form </w:t>
      </w:r>
      <w:r w:rsidRPr="008E523B">
        <w:rPr>
          <w:rFonts w:ascii="Times New Roman" w:hAnsi="Times New Roman" w:cs="Times New Roman"/>
          <w:sz w:val="24"/>
          <w:szCs w:val="24"/>
        </w:rPr>
        <w:t>is active, accurate, and regularly monitored</w:t>
      </w:r>
      <w:r w:rsidR="00D86187">
        <w:rPr>
          <w:rFonts w:ascii="Times New Roman" w:hAnsi="Times New Roman" w:cs="Times New Roman"/>
          <w:sz w:val="24"/>
          <w:szCs w:val="24"/>
        </w:rPr>
        <w:t xml:space="preserve">. </w:t>
      </w:r>
      <w:r w:rsidRPr="008E523B">
        <w:rPr>
          <w:rFonts w:ascii="Times New Roman" w:hAnsi="Times New Roman" w:cs="Times New Roman"/>
          <w:sz w:val="24"/>
          <w:szCs w:val="24"/>
        </w:rPr>
        <w:t xml:space="preserve">All accreditation correspondence, including acknowledgment of receipt, institutional access </w:t>
      </w:r>
      <w:r w:rsidR="00D86187">
        <w:rPr>
          <w:rFonts w:ascii="Times New Roman" w:hAnsi="Times New Roman" w:cs="Times New Roman"/>
          <w:sz w:val="24"/>
          <w:szCs w:val="24"/>
        </w:rPr>
        <w:t>code</w:t>
      </w:r>
      <w:r w:rsidRPr="008E523B">
        <w:rPr>
          <w:rFonts w:ascii="Times New Roman" w:hAnsi="Times New Roman" w:cs="Times New Roman"/>
          <w:sz w:val="24"/>
          <w:szCs w:val="24"/>
        </w:rPr>
        <w:t xml:space="preserve">, requests for additional information, and official accreditation communications, will be sent to the email address provided. The Accreditation Board for Bible Colleges &amp; Universities (ABBCU) is </w:t>
      </w:r>
      <w:r w:rsidRPr="008E523B">
        <w:rPr>
          <w:rFonts w:ascii="Times New Roman" w:hAnsi="Times New Roman" w:cs="Times New Roman"/>
          <w:b/>
          <w:bCs/>
          <w:sz w:val="24"/>
          <w:szCs w:val="24"/>
          <w:u w:val="single"/>
        </w:rPr>
        <w:t>not responsible</w:t>
      </w:r>
      <w:r w:rsidRPr="008E523B">
        <w:rPr>
          <w:rFonts w:ascii="Times New Roman" w:hAnsi="Times New Roman" w:cs="Times New Roman"/>
          <w:sz w:val="24"/>
          <w:szCs w:val="24"/>
        </w:rPr>
        <w:t xml:space="preserve"> for delays resulting from incorrect, inactive, or inaccessible email addresses.</w:t>
      </w:r>
    </w:p>
    <w:p w14:paraId="0A404A6D" w14:textId="5D28065D" w:rsidR="00955A52" w:rsidRPr="00955A52" w:rsidRDefault="00955A52" w:rsidP="00955A52">
      <w:pPr>
        <w:tabs>
          <w:tab w:val="left" w:pos="3307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2D71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Maintaining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Bibl</w:t>
      </w:r>
      <w:r w:rsidR="00F80F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ical </w:t>
      </w:r>
      <w:r w:rsidR="002D71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Integrity in Higher Education”</w:t>
      </w:r>
    </w:p>
    <w:sectPr w:rsidR="00955A52" w:rsidRPr="00955A52" w:rsidSect="00955A52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8471409">
    <w:abstractNumId w:val="8"/>
  </w:num>
  <w:num w:numId="2" w16cid:durableId="1053118816">
    <w:abstractNumId w:val="6"/>
  </w:num>
  <w:num w:numId="3" w16cid:durableId="1420835328">
    <w:abstractNumId w:val="5"/>
  </w:num>
  <w:num w:numId="4" w16cid:durableId="465971740">
    <w:abstractNumId w:val="4"/>
  </w:num>
  <w:num w:numId="5" w16cid:durableId="1293175281">
    <w:abstractNumId w:val="7"/>
  </w:num>
  <w:num w:numId="6" w16cid:durableId="54816795">
    <w:abstractNumId w:val="3"/>
  </w:num>
  <w:num w:numId="7" w16cid:durableId="1082145089">
    <w:abstractNumId w:val="2"/>
  </w:num>
  <w:num w:numId="8" w16cid:durableId="1140657750">
    <w:abstractNumId w:val="1"/>
  </w:num>
  <w:num w:numId="9" w16cid:durableId="176687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EsvoOMBpHmyVIsQIBm/MWbhUb902c88dFyoNhXaIgtwFRkse6lAoga2GY49Ba0UteQQN0ThNdWFB20NVo9LOg==" w:salt="ErFejo1OOneANnQpolW/Kg=="/>
  <w:styleLockTheme/>
  <w:styleLockQFSet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2sDC1MDEzNTM3MTFQ0lEKTi0uzszPAykwrgUAQiXpeywAAAA="/>
  </w:docVars>
  <w:rsids>
    <w:rsidRoot w:val="00B47730"/>
    <w:rsid w:val="00034616"/>
    <w:rsid w:val="0006063C"/>
    <w:rsid w:val="000F1B25"/>
    <w:rsid w:val="0015074B"/>
    <w:rsid w:val="002106AA"/>
    <w:rsid w:val="002162DF"/>
    <w:rsid w:val="0029639D"/>
    <w:rsid w:val="002D7142"/>
    <w:rsid w:val="00300C13"/>
    <w:rsid w:val="00305F12"/>
    <w:rsid w:val="00326F90"/>
    <w:rsid w:val="003569CE"/>
    <w:rsid w:val="00375C8C"/>
    <w:rsid w:val="003E29DE"/>
    <w:rsid w:val="00437FC6"/>
    <w:rsid w:val="0045217D"/>
    <w:rsid w:val="004A10E5"/>
    <w:rsid w:val="00504DEB"/>
    <w:rsid w:val="005B1577"/>
    <w:rsid w:val="005B2046"/>
    <w:rsid w:val="00622A47"/>
    <w:rsid w:val="00635D27"/>
    <w:rsid w:val="00752A76"/>
    <w:rsid w:val="008C7698"/>
    <w:rsid w:val="008E523B"/>
    <w:rsid w:val="008F40E1"/>
    <w:rsid w:val="00955A52"/>
    <w:rsid w:val="009849B6"/>
    <w:rsid w:val="009B4DF9"/>
    <w:rsid w:val="00A962B3"/>
    <w:rsid w:val="00AA1D8D"/>
    <w:rsid w:val="00B47730"/>
    <w:rsid w:val="00B83DA4"/>
    <w:rsid w:val="00BF73FD"/>
    <w:rsid w:val="00C344C5"/>
    <w:rsid w:val="00CB0664"/>
    <w:rsid w:val="00D42FFF"/>
    <w:rsid w:val="00D86187"/>
    <w:rsid w:val="00DF6092"/>
    <w:rsid w:val="00E16422"/>
    <w:rsid w:val="00E2697E"/>
    <w:rsid w:val="00E35FF0"/>
    <w:rsid w:val="00E42D05"/>
    <w:rsid w:val="00F80F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97BFAB"/>
  <w14:defaultImageDpi w14:val="300"/>
  <w15:docId w15:val="{622F5122-54D2-4B0A-8255-60886F9A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F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bbc.institu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2125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Elizabeth Robertson</cp:lastModifiedBy>
  <cp:revision>13</cp:revision>
  <dcterms:created xsi:type="dcterms:W3CDTF">2025-05-18T22:25:00Z</dcterms:created>
  <dcterms:modified xsi:type="dcterms:W3CDTF">2026-06-07T02:01:00Z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5086b45d1729f9535a8a728b36d3e8765f0014243850d8d06677890ec02593d6</vt:lpwstr>
  </property>
</Properties>
</file>